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בדיבייט מכבד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הקלפים ואת אופן השימוש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ביטויים של הקשבה, אי-הסכמה מכבדת ושאלות טובות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להחליף ביטויים פוגעניים בביטויים מכבדים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מגרילים קלף ומפעילים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תוכל/י להסביר עוד?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דקה וחצי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בדף נכתב שהקלפים לא חוזרים עד שהחפיסה נגמרת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בדף 'קלפים קלים (עולים)'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בדף 'קלפים חזותיים (חנ״מ)'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אפשרויות טיימר כמו 30 שנ', דקה, דקה וחצי, 2 דק'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משפט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(מקשיבים ומשקפים)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מסכימים בכבוד)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(שואלים שאלות 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(משנים דעה בגאווה)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(ביטוי מכבד במקום ביטוי פוגעני)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בכל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בשימוש בקלפים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קטגוריית קלפים (חימום, העמקה או רפלקציה)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שולפים קלף אחד מהחפיסה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מפעילים את הטיימר בזמן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מדברים על הנושא שבקלף עד שהזמן נגמר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דומה לקלף: אני רואה את זה אחרת / אני לא בטוח שזה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בוחר קלף, מסביר את המצב ומשלב את המשפט בשיחה דמיונית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חימום, העמקה, רפלקציה (או קלים/חזותיים)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הקשבה כמו 'אם הבנתי נכון…', משפט אי-הסכמה כמו 'אני רואה את זה אחרת'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שכל קלף ייחווה פעם אחת וכל התלמידים יתרגלו ביטויים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בקבוצות קטנות ולהגריל קלף אמיתי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משפט אחד מכל קטגוריה בקול רם לפני תחילת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רק בקלפים הקלים או החזותיים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בדיבייט מכבד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קלפי השיח יש חפיסת קלפים עם ביטויים לוויכוח מכבד, לפי קטגוריות כמו חימום, העמקה ורפלקציה. בדף הזה נתרגל את הביטויים ואת הדרך הנכונה להשתמש בקלפים.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קלפים יש בחפיסה המלאה?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לפני שמדברים על הקלף?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מגרילים קלף ומפעילים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ספר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מצביעים בהרמת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שייך לקטגוריית מקשיבים ומשקפים?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רואה את זה אחרת, כי…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תוכל/י להסביר עוד?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שכנעת אותי בחלק הזה.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לך 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לבחור בטיימר?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 וחצי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קטגוריה לא מופיעה בין סוגי הקלפים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חימום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העמקה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הקלפים חוזרים לחפיסה מיד אחרי שמשתמשים בהם.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בדף קלפים קלים בעברית פשוטה, מסומנים כעולים.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בדף קלפים חזותיים המתאימים לחנ"מ.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אין אפשרות לבחור כמה זמן ידבר כל תלמיד.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משפט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אם הבנתי נכון, את/ה אומר/ת ש…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מסכימים בכבוד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רואה את זה אחרת, כי…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שואלים שאלות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 לך דוגמה?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ביטוי מכבד במקום ביטוי פוגעני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שכנעת אותי בחלק הזה.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מקשיבים ומשקפים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אני לא בטוח/ה שזה מדויק, כי…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משנים דעה בגאווה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אני רוצה לוודא שהבנתי…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מבין/ה את הנקודה שלך, ו__________ אני חושב/ת ש…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היה קורה __________?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עדיין חושב/ת אחרת, אבל __________ משהו.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בשימוש בקלפים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שולפים קלף אחד מהחפיסה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מפעילים את הטיימר בזמן שנבחר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על הנושא שבקלף עד שהזמן נגמר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קטגוריית קלפים (חימום, העמקה או רפלקציה)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מכבד שיכול להחליף את הביטוי 'אתה טועה!'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קלף אחד מהרשימה וכתבו איך הייתם משתמשים בו בוויכוח עם חבר או חברה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קטגוריות של קלפי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להקשבה ומשפט אחד לאי-הסכמה מכבדת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שהקלפים לא יחזרו עד שהחפיסה נגמרת?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בדיבייט מכבד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