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זירת הדיבייט – מתווכחים בכבוד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קלפי שיח בדיבייט מכבד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סוגי הקלפים ואת אופן השימוש בהם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ביטויים של הקשבה, אי-הסכמה מכבדת ושאלות טובות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להחליף ביטויים פוגעניים בביטויים מכבדים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16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מגרילים קלף ומפעילים טיימר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תוכל/י להסביר עוד?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דקה וחצי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 – סיכום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בדף נכתב שהקלפים לא חוזרים עד שהחפיסה נגמרת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כתוב בדף 'קלפים קלים (עולים)'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כתוב בדף 'קלפים חזותיים (חנ״מ)'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יש אפשרויות טיימר כמו 30 שנ', דקה, דקה וחצי, 2 דק'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התאמה בין משפט לקטגוריה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(מקשיבים ומשקפים)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(לא מסכימים בכבוד)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(שואלים שאלות טובות)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(משנים דעה בגאווה)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(ביטוי מכבד במקום ביטוי פוגעני)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רגע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בכל זאת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למדתי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השלבים בשימוש בקלפים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קטגוריית קלפים (חימום, העמקה או רפלקציה)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שולפים קלף אחד מהחפיסה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מפעילים את הטיימר בזמן שנבחר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מדברים על הנושא שבקלף עד שהזמן נגמר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דומה לקלף: אני רואה את זה אחרת / אני לא בטוח שזה מדויק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התלמיד בוחר קלף, מסביר את המצב ומשלב את המשפט בשיחה דמיונית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חימום, העמקה, רפלקציה (או קלים/חזותיים)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הקשבה כמו 'אם הבנתי נכון…', משפט אי-הסכמה כמו 'אני רואה את זה אחרת'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שכל קלף ייחווה פעם אחת וכל התלמידים יתרגלו ביטויים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בקבוצות קטנות ולהגריל קלף אמיתי בכיתה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משפט אחד מכל קטגוריה בקול רם לפני תחילת העבודה העצמית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להשתמש רק בקלפים הקלים או החזותיים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זירת הדיבייט – מתווכחים בכבוד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קלפי שיח בדיבייט מכבד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יש קלפים עם משפטים. כל קלף עוזר לדבר יפה כשיש ויכוח. נתרגל את המשפטים.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דיבייט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ויכוח מסודר בין שני צדדים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חימום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קלפים קלים בתחילת השיחה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העמקה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קלפים שמעמיקים את הדיון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רפלקציה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חשיבה והתבוננות על מה שקרה בשיחה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חנ"מ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קלפים עם תמונות, מתאימים לכל התלמידים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להקשיב ולשקף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לחזור במילים שלי על מה שהשני אמר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לשכנע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לגרום למישהו להסכים איתי בעזרת נימוקים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קלפים יש בחפיסה?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עושים קודם?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מגרילים קלף ומפעילים טיימר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קוראים ספר שלם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כותבים חיבור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מצביעים בהרמת 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משפט מתאים להקשבה?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אני רואה את זה אחרת, כי…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תוכל/י להסביר עוד?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שכנעת אותי בחלק הזה.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יש לך דוגמה?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אילו זמנים יש בטיימר?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 שניות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דקה וחצי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מילה לא מופיעה בדף?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חימום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העמקה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רפלקציה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סיכום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הקלפים חוזרים לחפיסה מיד אחרי שמשתמשים בהם.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 בדף קלפים קלים בעברית פשוטה, מסומנים כעולים.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 בדף קלפים חזותיים המתאימים לחנ"מ.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בדף אין אפשרות לבחור כמה זמן ידבר כל תלמיד.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התאמה בין משפט לקטגוריה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אם הבנתי נכון, את/ה אומר/ת ש…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לא מסכימים בכבוד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אני רואה את זה אחרת, כי…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מקשיבים ומשקפים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יש לך דוגמה?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ביטוי מכבד במקום ביטוי פוגעני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שכנעת אותי בחלק הזה.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שואלים שאלות טובות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אני לא בטוח/ה שזה מדויק, כי…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משנים דעה בגאווה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__________ אני רוצה לוודא שהבנתי…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אני מבין/ה את הנקודה שלך, ו__________ אני חושב/ת ש…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מה היה קורה __________?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אני עדיין חושב/ת אחרת, אבל __________ משהו.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השלבים בשימוש בקלפים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מפעילים את הטיימר בזמן שנבחר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קטגוריית קלפים (חימום, העמקה או רפלקציה)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מדברים על הנושא שבקלף עד שהזמן נגמר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שולפים קלף אחד מהחפיסה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מכבד שיכול להחליף את הביטוי 'אתה טועה!'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קלף אחד מהרשימה וכתבו איך הייתם משתמשים בו בוויכוח עם חבר או חברה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מהן שלוש קטגוריות של קלפי השיח?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אחד להקשבה ומשפט אחד לאי-הסכמה מכבדת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שהקלפים לא יחזרו עד שהחפיסה נגמרת?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קלפי שיח בדיבייט מכבד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